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Sponsorihakemuksen pohja</w:t>
      </w:r>
    </w:p>
    <w:p>
      <w:r>
        <w:rPr>
          <w:i/>
        </w:rPr>
        <w:t>Sponsorihakemukselle ei ole yhtä oikeaa mallia. Tämä pohja on runko: muokkaa se aina sen yrityksen tarpeisiin, jota olet lähestymässä. Jos yrityksellä on oma hakulomake tai hakujakso, käytä sitä.</w:t>
      </w:r>
    </w:p>
    <w:p>
      <w:r>
        <w:rPr>
          <w:i/>
        </w:rPr>
        <w:t>Hakasulkeissa olevat kohdat ovat täyttöohjeita. Harmaat esimerkit ovat kuvitteellisen Esimerkkilän Pallo ry:n hakemuksesta. Poista ohjeet ja esimerkit ennen lähettämistä.</w:t>
      </w:r>
    </w:p>
    <w:p>
      <w:pPr>
        <w:pStyle w:val="Heading2"/>
      </w:pPr>
      <w:r>
        <w:t>1. Aihe ja vastaanottaja</w:t>
      </w:r>
    </w:p>
    <w:p>
      <w:r>
        <w:t>[Kirjoita otsikko, josta näkyy heti, kuka ehdottaa ja mitä. Osoita viesti nimetylle henkilölle, jos tiedät, kuka yrityksessä vastaa kumppanuuksista.]</w:t>
      </w:r>
    </w:p>
    <w:p>
      <w:r>
        <w:rPr>
          <w:i/>
          <w:color w:val="6B6B6B"/>
          <w:sz w:val="20"/>
        </w:rPr>
        <w:t>Esimerkki: Yhteistyöehdotus: Esimerkkilän Pallo ry:n junioritoiminta ja [yrityksen nimi]</w:t>
      </w:r>
    </w:p>
    <w:p>
      <w:pPr>
        <w:pStyle w:val="Heading2"/>
      </w:pPr>
      <w:r>
        <w:t>2. Keitä olemme</w:t>
      </w:r>
    </w:p>
    <w:p>
      <w:r>
        <w:t>[Kerro kahdella tai kolmella lauseella, keitä olette, mitä teette ja missä. Ota mukaan vain tieto, jolla on merkitystä juuri tälle yritykselle.]</w:t>
      </w:r>
    </w:p>
    <w:p>
      <w:r>
        <w:rPr>
          <w:i/>
          <w:color w:val="6B6B6B"/>
          <w:sz w:val="20"/>
        </w:rPr>
        <w:t>Esimerkki: Esimerkkilän Pallo ry on vuonna 1998 perustettu salibandyseura. Seurassa pelaa 240 junioria ja kaksi aikuisten joukkuetta, ja kotiottelut pelataan Esimerkkilän liikuntahallissa.</w:t>
      </w:r>
    </w:p>
    <w:p>
      <w:pPr>
        <w:pStyle w:val="Heading2"/>
      </w:pPr>
      <w:r>
        <w:t>3. Miksi otamme yhteyttä juuri teihin</w:t>
      </w:r>
    </w:p>
    <w:p>
      <w:r>
        <w:t>[Näytä, että olet tutustunut yritykseen. Kerro, mikä sen tavoitteissa, asiakkaissa tai toimialueessa liittyy teidän toimintaanne. Jos yrityksen tarpeet eivät selviä julkisista lähteistä, sano se suoraan ja ehdota keskustelua.]</w:t>
      </w:r>
    </w:p>
    <w:p>
      <w:r>
        <w:rPr>
          <w:i/>
          <w:color w:val="6B6B6B"/>
          <w:sz w:val="20"/>
        </w:rPr>
        <w:t>Esimerkki: Sponsorointiperiaatteidenne mukaan tuette lasten ja nuorten liikuntaa Esimerkkilän alueella. Lähes kaikki junioriemme perheet asuvat samalla alueella, ja kohtaamme heidät joka viikko harjoituksissa ja otteluissa.</w:t>
      </w:r>
    </w:p>
    <w:p>
      <w:pPr>
        <w:pStyle w:val="Heading2"/>
      </w:pPr>
      <w:r>
        <w:t>4. Ehdotus tai keskustelun avaus</w:t>
      </w:r>
    </w:p>
    <w:p>
      <w:r>
        <w:t>[Valitse lähestymistapa yrityksen mukaan. Jos yritys toivoo valmista ideaa, kuvaa yhteistyö lyhyesti. Jos se kehittää ideat mieluummin yhdessä, kerro lähtökohta ja ehdota tapaamista.]</w:t>
      </w:r>
    </w:p>
    <w:p>
      <w:r>
        <w:rPr>
          <w:i/>
          <w:color w:val="6B6B6B"/>
          <w:sz w:val="20"/>
        </w:rPr>
        <w:t>Esimerkki (valmis idea): Ehdotamme, että [yrityksen nimi] on junioritoimintamme pääyhteistyökumppani vuonna 2027. Yhteistyö näkyisi perheille suunnattuina tapahtumina kotiotteluissa.</w:t>
      </w:r>
    </w:p>
    <w:p>
      <w:r>
        <w:rPr>
          <w:i/>
          <w:color w:val="6B6B6B"/>
          <w:sz w:val="20"/>
        </w:rPr>
        <w:t>Esimerkki (yhdessä kehittäminen): Meillä on ajatus perheille suunnatuista kotiottelupäivistä, mutta haluaisimme ensin kuulla, mitä te tavoittelette. Sopisiko teille puolen tunnin tapaaminen?</w:t>
      </w:r>
    </w:p>
    <w:p>
      <w:pPr>
        <w:pStyle w:val="Heading2"/>
      </w:pPr>
      <w:r>
        <w:t>5. Yleisö ja tavoittavuus</w:t>
      </w:r>
    </w:p>
    <w:p>
      <w:r>
        <w:t>[Kerro, keitä tavoitatte ja kuinka paljon. Käytä lukuja, jotka voit todentaa, esimerkiksi jäsenmäärä, katsojamäärä, tapahtuman kävijät tai seuraajat somessa. Kerro, miten yleisönne vastaa yrityksen asiakaskuntaa.]</w:t>
      </w:r>
    </w:p>
    <w:p>
      <w:r>
        <w:rPr>
          <w:i/>
          <w:color w:val="6B6B6B"/>
          <w:sz w:val="20"/>
        </w:rPr>
        <w:t>Esimerkki: Kotiotteluissamme käy kauden aikana noin 6 000 katsojaa. Seuran uutiskirje tavoittaa 900 perhettä, ja Instagram-tilillämme on 3 200 seuraajaa.</w:t>
      </w:r>
    </w:p>
    <w:p>
      <w:pPr>
        <w:pStyle w:val="Heading2"/>
      </w:pPr>
      <w:r>
        <w:t>6. Mitä yritys saa</w:t>
      </w:r>
    </w:p>
    <w:p>
      <w:r>
        <w:t>[Kuvaa vastikkeet yrityksen tavoitteen pohjalta. Ne voivat olla näkyvyyttä, sisältöä, tapahtumia tai etuja yrityksen asiakkaille tai henkilöstölle. Moni yritys arvostaa aitoa kumppanuutta enemmän kuin pelkkää logonäkyvyyttä.]</w:t>
      </w:r>
    </w:p>
    <w:p>
      <w:r>
        <w:rPr>
          <w:i/>
          <w:color w:val="6B6B6B"/>
          <w:sz w:val="20"/>
        </w:rPr>
        <w:t>Esimerkki: Järjestämme yhdessä kaksi perhepäivää kotiotteluissa, ja yrityksellä on niissä oma toimintapiste. Junioreiden perheet saavat yrityksen tarjoaman edun, ja teemme kauden aikana neljä yhteistä somejulkaisua.</w:t>
      </w:r>
    </w:p>
    <w:p>
      <w:pPr>
        <w:pStyle w:val="Heading2"/>
      </w:pPr>
      <w:r>
        <w:t>7. Miten tuloksia seurataan</w:t>
      </w:r>
    </w:p>
    <w:p>
      <w:r>
        <w:t>[Ehdota mittareita, joista yritys näkee, toteutuiko sen tavoite. Sopikaa mittarit ja raportointi yhdessä.]</w:t>
      </w:r>
    </w:p>
    <w:p>
      <w:r>
        <w:rPr>
          <w:i/>
          <w:color w:val="6B6B6B"/>
          <w:sz w:val="20"/>
        </w:rPr>
        <w:t>Esimerkki: Raportoimme kauden jälkeen perhepäivien kävijämäärät, etukoodin käyttökerrat ja yhteisten julkaisujen tavoittavuuden. Ehdotamme lisäksi väliarviota kauden puolivälissä.</w:t>
      </w:r>
    </w:p>
    <w:p>
      <w:pPr>
        <w:pStyle w:val="Heading2"/>
      </w:pPr>
      <w:r>
        <w:t>8. Aikataulu ja kesto</w:t>
      </w:r>
    </w:p>
    <w:p>
      <w:r>
        <w:t>[Kerro, milloin yhteistyö alkaisi ja kuinka pitkään se kestäisi. Pidempi yhteistyö kannattaa laittaa alulle hyvissä ajoin. Jos yrityksellä on hakujakso, varmista, että hakemus ehtii siihen.]</w:t>
      </w:r>
    </w:p>
    <w:p>
      <w:r>
        <w:rPr>
          <w:i/>
          <w:color w:val="6B6B6B"/>
          <w:sz w:val="20"/>
        </w:rPr>
        <w:t>Esimerkki: Yhteistyö alkaisi 1.8.2027 ja kestäisi yhden kauden. Jos yhteistyö toimii molempien mielestä, keskustelemme mielellämme jatkosta.</w:t>
      </w:r>
    </w:p>
    <w:p>
      <w:pPr>
        <w:pStyle w:val="Heading2"/>
      </w:pPr>
      <w:r>
        <w:t>9. Mitä pyydämme</w:t>
      </w:r>
    </w:p>
    <w:p>
      <w:r>
        <w:t>[Kerro selvästi, mitä pyydätte: rahaa, tuotteita, palveluja tai näiden yhdistelmää. Jos haluatte sopia summasta vasta tapaamisessa, kerro se.]</w:t>
      </w:r>
    </w:p>
    <w:p>
      <w:r>
        <w:rPr>
          <w:i/>
          <w:color w:val="6B6B6B"/>
          <w:sz w:val="20"/>
        </w:rPr>
        <w:t>Esimerkki: Esitämme yhteistyön arvoksi 4 000 euroa kaudessa. Summasta ja sisällöstä voidaan sopia tarkemmin tapaamisessa.</w:t>
      </w:r>
    </w:p>
    <w:p>
      <w:pPr>
        <w:pStyle w:val="Heading2"/>
      </w:pPr>
      <w:r>
        <w:t>10. Seuraava askel ja yhteystiedot</w:t>
      </w:r>
    </w:p>
    <w:p>
      <w:r>
        <w:t>[Ehdota konkreettista seuraavaa askelta ja kerro, kuka vastaa yhteistyöstä. Lisää nimi, rooli, puhelinnumero ja sähköposti.]</w:t>
      </w:r>
    </w:p>
    <w:p>
      <w:r>
        <w:rPr>
          <w:i/>
          <w:color w:val="6B6B6B"/>
          <w:sz w:val="20"/>
        </w:rPr>
        <w:t>Esimerkki: Soitan teille ensi viikolla ja kysyn, sopisiko tapaaminen. Tavoitatte minut myös suoraan: [nimi], yhteistyövastaava, Esimerkkilän Pallo ry, [puhelinnumero], [sähköposti].</w:t>
      </w:r>
    </w:p>
    <w:p>
      <w:pPr>
        <w:pStyle w:val="Heading2"/>
      </w:pPr>
      <w:r>
        <w:t>Liitteet (valinnainen)</w:t>
      </w:r>
    </w:p>
    <w:p>
      <w:r>
        <w:t>[Liitä vain aineisto, joka tukee ehdotusta, esimerkiksi lyhyt esittely, yleisötiedot tai kuvia aiemmista tapahtumista. Jos yrityksellä on hakulomake, tarkista, mitä liitteitä se pyytää.]</w:t>
      </w:r>
    </w:p>
    <w:p>
      <w:r>
        <w:rPr>
          <w:i/>
          <w:color w:val="6B6B6B"/>
          <w:sz w:val="20"/>
        </w:rPr>
        <w:t>Esimerkki: Liitteenä kauden otteluohjelma ja yhden sivun esittely seurasta.</w:t>
      </w:r>
    </w:p>
    <w:p>
      <w:pPr>
        <w:pStyle w:val="Heading2"/>
      </w:pPr>
      <w:r>
        <w:t>Tarkista ennen lähettämistä</w:t>
      </w:r>
    </w:p>
    <w:p>
      <w:pPr>
        <w:pStyle w:val="ListBullet"/>
      </w:pPr>
      <w:r>
        <w:t>Onko hakemus muokattu tälle yritykselle, vai sopisiko se sellaisenaan kenelle tahansa?</w:t>
      </w:r>
    </w:p>
    <w:p>
      <w:pPr>
        <w:pStyle w:val="ListBullet"/>
      </w:pPr>
      <w:r>
        <w:t>Kertooko hakemus, mitä yritys saa, eikä vain sitä, mitä te tarvitsette?</w:t>
      </w:r>
    </w:p>
    <w:p>
      <w:pPr>
        <w:pStyle w:val="ListBullet"/>
      </w:pPr>
      <w:r>
        <w:t>Oletko tarkistanut yrityksen rajaukset, esimerkiksi toimialueen ja sen, tukeeko se yksilöurheilijoita?</w:t>
      </w:r>
    </w:p>
    <w:p>
      <w:pPr>
        <w:pStyle w:val="ListBullet"/>
      </w:pPr>
      <w:r>
        <w:t>Käytätkö yrityksen omaa hakukanavaa, jos sillä on sellainen?</w:t>
      </w:r>
    </w:p>
    <w:p>
      <w:pPr>
        <w:pStyle w:val="ListBullet"/>
      </w:pPr>
      <w:r>
        <w:t>Ovatko luvut ajantasaisia ja todennettavia?</w:t>
      </w:r>
    </w:p>
    <w:p>
      <w:pPr>
        <w:pStyle w:val="ListBullet"/>
      </w:pPr>
      <w:r>
        <w:t>Onko hakasulkeet ja esimerkkitekstit poistettu?</w:t>
      </w:r>
    </w:p>
    <w:p>
      <w:pPr>
        <w:jc w:val="left"/>
      </w:pPr>
      <w:r>
        <w:rPr>
          <w:color w:val="6B6B6B"/>
          <w:sz w:val="18"/>
        </w:rPr>
        <w:t>Sponsorointiuutiset: https://sponsorointiuutiset.fi/sponsorihakemus-pohja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Sponsorihakemuksen pohja</dc:title>
  <dc:subject>Muokattava sponsorihakemuksen runko</dc:subject>
  <dc:creator>Sponsorointiuutisten toimitus</dc:creator>
  <cp:keywords/>
  <dc:description/>
  <cp:lastModifiedBy>Sponsorointiuutisten toimitus</cp:lastModifiedBy>
  <cp:revision>1</cp:revision>
  <dcterms:created xsi:type="dcterms:W3CDTF">2026-09-30T07:06:19Z</dcterms:created>
  <dcterms:modified xsi:type="dcterms:W3CDTF">2026-09-30T07:06:19Z</dcterms:modified>
  <cp:category/>
</cp:coreProperties>
</file>